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2: The Introduction - Hook and Topic Sentence</w:t>
      </w:r>
    </w:p>
    <w:p>
      <w:pPr>
        <w:spacing w:after="200"/>
        <w:jc w:val="center"/>
      </w:pPr>
      <w:r>
        <w:rPr>
          <w:b w:val="0"/>
          <w:i/>
          <w:sz w:val="20"/>
        </w:rPr>
        <w:t>5/6 Language Arts  -  Building a Strong Paragraph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Write a hook for your opinion topic.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Write a topic sentence that states your opinion clearly.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What makes a topic sentence strong? Write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write a hook and a clear topic sentence.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